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720E4D" w14:textId="77777777" w:rsidR="00002E28" w:rsidRPr="00624997" w:rsidRDefault="00000000">
      <w:pPr>
        <w:spacing w:after="120"/>
        <w:jc w:val="center"/>
        <w:rPr>
          <w:rFonts w:cs="Arial"/>
        </w:rPr>
      </w:pPr>
      <w:r w:rsidRPr="00624997">
        <w:rPr>
          <w:rFonts w:cs="Arial"/>
          <w:b/>
          <w:sz w:val="40"/>
        </w:rPr>
        <w:t>GRANT PLATFORM</w:t>
      </w:r>
    </w:p>
    <w:p w14:paraId="499B60C9" w14:textId="77777777" w:rsidR="00002E28" w:rsidRPr="00624997" w:rsidRDefault="00000000">
      <w:pPr>
        <w:spacing w:after="120"/>
        <w:jc w:val="center"/>
        <w:rPr>
          <w:rFonts w:cs="Arial"/>
        </w:rPr>
      </w:pPr>
      <w:r w:rsidRPr="00624997">
        <w:rPr>
          <w:rFonts w:cs="Arial"/>
          <w:b/>
          <w:sz w:val="26"/>
        </w:rPr>
        <w:t>MOMUS – Museum of Modern Art &amp; Khardzhiev Foundation</w:t>
      </w:r>
    </w:p>
    <w:p w14:paraId="68DCDD6D" w14:textId="77777777" w:rsidR="00002E28" w:rsidRPr="00624997" w:rsidRDefault="00000000">
      <w:pPr>
        <w:spacing w:after="120"/>
        <w:jc w:val="center"/>
        <w:rPr>
          <w:rFonts w:cs="Arial"/>
        </w:rPr>
      </w:pPr>
      <w:r w:rsidRPr="00624997">
        <w:rPr>
          <w:rFonts w:cs="Arial"/>
          <w:b/>
          <w:sz w:val="36"/>
        </w:rPr>
        <w:t>APPLICATION FORM</w:t>
      </w:r>
    </w:p>
    <w:p w14:paraId="7C2799B4" w14:textId="0D79DFDE" w:rsidR="00002E28" w:rsidRPr="00624997" w:rsidRDefault="00000000" w:rsidP="00D72B84">
      <w:pPr>
        <w:spacing w:after="240"/>
        <w:jc w:val="both"/>
        <w:rPr>
          <w:rFonts w:cs="Arial"/>
        </w:rPr>
      </w:pPr>
      <w:r w:rsidRPr="00624997">
        <w:rPr>
          <w:rFonts w:cs="Arial"/>
        </w:rPr>
        <w:t xml:space="preserve">Please complete all relevant sections of this form and submit it together with the required supporting documents to </w:t>
      </w:r>
      <w:hyperlink r:id="rId6" w:history="1">
        <w:r w:rsidR="00D72B84" w:rsidRPr="00357BF0">
          <w:rPr>
            <w:rStyle w:val="Hyperlink"/>
            <w:rFonts w:cs="Arial"/>
          </w:rPr>
          <w:t>grantplatform@momus.gr</w:t>
        </w:r>
      </w:hyperlink>
      <w:r w:rsidR="00D72B84">
        <w:rPr>
          <w:rFonts w:cs="Arial"/>
        </w:rPr>
        <w:t xml:space="preserve"> </w:t>
      </w:r>
      <w:r w:rsidRPr="00624997">
        <w:rPr>
          <w:rFonts w:cs="Arial"/>
        </w:rPr>
        <w:t>before the deadline indicated in the relevant Open Call.</w:t>
      </w:r>
    </w:p>
    <w:p w14:paraId="54043920" w14:textId="44EE3FA6" w:rsidR="00AC44D2" w:rsidRPr="00624997" w:rsidRDefault="00AC44D2" w:rsidP="00D72B84">
      <w:pPr>
        <w:spacing w:after="240"/>
        <w:jc w:val="both"/>
        <w:rPr>
          <w:rFonts w:cs="Arial"/>
          <w:color w:val="000000"/>
          <w:szCs w:val="21"/>
        </w:rPr>
      </w:pPr>
      <w:r w:rsidRPr="00624997">
        <w:rPr>
          <w:rFonts w:cs="Arial"/>
          <w:color w:val="000000"/>
          <w:szCs w:val="21"/>
        </w:rPr>
        <w:t>Please note that the lines provided in this form are not restrictive. Applicants may add additional lines or pages as necessary to complete their responses and may attach additional documents relevant to their application.</w:t>
      </w:r>
    </w:p>
    <w:p w14:paraId="1DFECAE3" w14:textId="52BA263A" w:rsidR="00744831" w:rsidRPr="00624997" w:rsidRDefault="00744831">
      <w:pPr>
        <w:spacing w:after="240"/>
        <w:jc w:val="center"/>
        <w:rPr>
          <w:rFonts w:cs="Arial"/>
          <w:color w:val="000000"/>
          <w:szCs w:val="21"/>
        </w:rPr>
      </w:pPr>
      <w:r w:rsidRPr="00624997">
        <w:rPr>
          <w:rFonts w:cs="Arial"/>
          <w:b/>
          <w:bCs/>
        </w:rPr>
        <w:t>Accepted File Formats</w:t>
      </w:r>
      <w:r w:rsidRPr="00624997">
        <w:rPr>
          <w:rFonts w:cs="Arial"/>
        </w:rPr>
        <w:br/>
        <w:t>- PDF</w:t>
      </w:r>
      <w:r w:rsidRPr="00624997">
        <w:rPr>
          <w:rFonts w:cs="Arial"/>
        </w:rPr>
        <w:br/>
        <w:t>- DOCX</w:t>
      </w:r>
      <w:r w:rsidRPr="00624997">
        <w:rPr>
          <w:rFonts w:cs="Arial"/>
        </w:rPr>
        <w:br/>
      </w:r>
    </w:p>
    <w:p w14:paraId="681F39DB" w14:textId="77777777" w:rsidR="00AC44D2" w:rsidRPr="00624997" w:rsidRDefault="00AC44D2">
      <w:pPr>
        <w:spacing w:after="240"/>
        <w:jc w:val="center"/>
        <w:rPr>
          <w:rFonts w:cs="Arial"/>
          <w:szCs w:val="21"/>
        </w:rPr>
      </w:pPr>
    </w:p>
    <w:p w14:paraId="164078F1" w14:textId="77777777" w:rsidR="00002E28" w:rsidRPr="00624997" w:rsidRDefault="00000000">
      <w:pPr>
        <w:spacing w:before="240" w:after="120"/>
        <w:rPr>
          <w:rFonts w:cs="Arial"/>
        </w:rPr>
      </w:pPr>
      <w:r w:rsidRPr="00624997">
        <w:rPr>
          <w:rFonts w:cs="Arial"/>
          <w:b/>
          <w:sz w:val="26"/>
        </w:rPr>
        <w:t>1. TYPE OF GRANT</w:t>
      </w:r>
    </w:p>
    <w:p w14:paraId="426C7444" w14:textId="77777777" w:rsidR="00002E28" w:rsidRPr="00624997" w:rsidRDefault="00000000">
      <w:pPr>
        <w:rPr>
          <w:rFonts w:cs="Arial"/>
        </w:rPr>
      </w:pPr>
      <w:r w:rsidRPr="00624997">
        <w:rPr>
          <w:rFonts w:cs="Arial"/>
        </w:rPr>
        <w:t>Please indicate the grant for which you are applying:</w:t>
      </w:r>
    </w:p>
    <w:p w14:paraId="55B52FD1" w14:textId="20F908C2" w:rsidR="00002E28" w:rsidRPr="00624997" w:rsidRDefault="00000000">
      <w:pPr>
        <w:rPr>
          <w:rFonts w:cs="Arial"/>
        </w:rPr>
      </w:pPr>
      <w:proofErr w:type="gramStart"/>
      <w:r w:rsidRPr="00D72B84">
        <w:rPr>
          <w:rFonts w:ascii="Segoe UI Symbol" w:hAnsi="Segoe UI Symbol" w:cs="Segoe UI Symbol"/>
          <w:sz w:val="24"/>
          <w:szCs w:val="24"/>
        </w:rPr>
        <w:t>☐</w:t>
      </w:r>
      <w:r w:rsidRPr="00D72B84">
        <w:rPr>
          <w:rFonts w:cs="Arial"/>
          <w:sz w:val="24"/>
          <w:szCs w:val="24"/>
        </w:rPr>
        <w:t xml:space="preserve"> </w:t>
      </w:r>
      <w:r w:rsidRPr="00624997">
        <w:rPr>
          <w:rFonts w:cs="Arial"/>
        </w:rPr>
        <w:t xml:space="preserve"> MOMUS</w:t>
      </w:r>
      <w:proofErr w:type="gramEnd"/>
      <w:r w:rsidR="00FD4A00" w:rsidRPr="00624997">
        <w:rPr>
          <w:rFonts w:cs="Arial"/>
        </w:rPr>
        <w:t>-Museum of Modern Art</w:t>
      </w:r>
      <w:r w:rsidRPr="00624997">
        <w:rPr>
          <w:rFonts w:cs="Arial"/>
        </w:rPr>
        <w:t xml:space="preserve"> Fellowship</w:t>
      </w:r>
      <w:r w:rsidR="00FD4A00" w:rsidRPr="00624997">
        <w:rPr>
          <w:rFonts w:cs="Arial"/>
        </w:rPr>
        <w:t xml:space="preserve"> (Thessaloniki) </w:t>
      </w:r>
    </w:p>
    <w:p w14:paraId="22F839F9" w14:textId="45B53400" w:rsidR="00002E28" w:rsidRPr="00624997" w:rsidRDefault="00000000">
      <w:pPr>
        <w:rPr>
          <w:rFonts w:cs="Arial"/>
        </w:rPr>
      </w:pPr>
      <w:proofErr w:type="gramStart"/>
      <w:r w:rsidRPr="00D72B84">
        <w:rPr>
          <w:rFonts w:ascii="Segoe UI Symbol" w:hAnsi="Segoe UI Symbol" w:cs="Segoe UI Symbol"/>
          <w:sz w:val="24"/>
          <w:szCs w:val="24"/>
        </w:rPr>
        <w:t>☐</w:t>
      </w:r>
      <w:r w:rsidRPr="00D72B84">
        <w:rPr>
          <w:rFonts w:cs="Arial"/>
          <w:sz w:val="24"/>
          <w:szCs w:val="24"/>
        </w:rPr>
        <w:t xml:space="preserve">  </w:t>
      </w:r>
      <w:proofErr w:type="spellStart"/>
      <w:r w:rsidRPr="00624997">
        <w:rPr>
          <w:rFonts w:cs="Arial"/>
        </w:rPr>
        <w:t>Khardzhiev</w:t>
      </w:r>
      <w:proofErr w:type="spellEnd"/>
      <w:proofErr w:type="gramEnd"/>
      <w:r w:rsidRPr="00624997">
        <w:rPr>
          <w:rFonts w:cs="Arial"/>
        </w:rPr>
        <w:t xml:space="preserve"> Foundation Travel Grant</w:t>
      </w:r>
      <w:r w:rsidR="00FD4A00" w:rsidRPr="00624997">
        <w:rPr>
          <w:rFonts w:cs="Arial"/>
        </w:rPr>
        <w:t xml:space="preserve"> (Amsterdam)</w:t>
      </w:r>
    </w:p>
    <w:p w14:paraId="27D4BF27" w14:textId="5398D01F" w:rsidR="00002E28" w:rsidRPr="00624997" w:rsidRDefault="00000000">
      <w:pPr>
        <w:rPr>
          <w:rFonts w:cs="Arial"/>
        </w:rPr>
      </w:pPr>
      <w:proofErr w:type="gramStart"/>
      <w:r w:rsidRPr="00D72B84">
        <w:rPr>
          <w:rFonts w:ascii="Segoe UI Symbol" w:hAnsi="Segoe UI Symbol" w:cs="Segoe UI Symbol"/>
          <w:sz w:val="24"/>
          <w:szCs w:val="24"/>
        </w:rPr>
        <w:t>☐</w:t>
      </w:r>
      <w:r w:rsidRPr="00D72B84">
        <w:rPr>
          <w:rFonts w:cs="Arial"/>
          <w:sz w:val="24"/>
          <w:szCs w:val="24"/>
        </w:rPr>
        <w:t xml:space="preserve">  </w:t>
      </w:r>
      <w:proofErr w:type="spellStart"/>
      <w:r w:rsidRPr="00624997">
        <w:rPr>
          <w:rFonts w:cs="Arial"/>
        </w:rPr>
        <w:t>Khardzhiev</w:t>
      </w:r>
      <w:proofErr w:type="spellEnd"/>
      <w:proofErr w:type="gramEnd"/>
      <w:r w:rsidRPr="00624997">
        <w:rPr>
          <w:rFonts w:cs="Arial"/>
        </w:rPr>
        <w:t xml:space="preserve"> Foundation Publication Grant</w:t>
      </w:r>
      <w:r w:rsidR="00FD4A00" w:rsidRPr="00624997">
        <w:rPr>
          <w:rFonts w:cs="Arial"/>
        </w:rPr>
        <w:t xml:space="preserve"> </w:t>
      </w:r>
    </w:p>
    <w:p w14:paraId="27B60FC4" w14:textId="77777777" w:rsidR="00002E28" w:rsidRPr="00624997" w:rsidRDefault="00000000">
      <w:pPr>
        <w:rPr>
          <w:rFonts w:cs="Arial"/>
        </w:rPr>
      </w:pPr>
      <w:proofErr w:type="gramStart"/>
      <w:r w:rsidRPr="00D72B84">
        <w:rPr>
          <w:rFonts w:ascii="Segoe UI Symbol" w:hAnsi="Segoe UI Symbol" w:cs="Segoe UI Symbol"/>
          <w:sz w:val="24"/>
          <w:szCs w:val="24"/>
        </w:rPr>
        <w:t>☐</w:t>
      </w:r>
      <w:r w:rsidRPr="00D72B84">
        <w:rPr>
          <w:rFonts w:cs="Arial"/>
          <w:sz w:val="24"/>
          <w:szCs w:val="24"/>
        </w:rPr>
        <w:t xml:space="preserve">  </w:t>
      </w:r>
      <w:r w:rsidRPr="00624997">
        <w:rPr>
          <w:rFonts w:cs="Arial"/>
        </w:rPr>
        <w:t>Combination</w:t>
      </w:r>
      <w:proofErr w:type="gramEnd"/>
      <w:r w:rsidRPr="00624997">
        <w:rPr>
          <w:rFonts w:cs="Arial"/>
        </w:rPr>
        <w:t xml:space="preserve"> of grant types (please specify):</w:t>
      </w:r>
    </w:p>
    <w:p w14:paraId="0E878874" w14:textId="77777777" w:rsidR="00002E28" w:rsidRPr="00624997" w:rsidRDefault="00000000">
      <w:pPr>
        <w:rPr>
          <w:rFonts w:cs="Arial"/>
        </w:rPr>
      </w:pPr>
      <w:r w:rsidRPr="00624997">
        <w:rPr>
          <w:rFonts w:cs="Arial"/>
        </w:rPr>
        <w:t>________________________________________________________________________________</w:t>
      </w:r>
    </w:p>
    <w:p w14:paraId="008A911A" w14:textId="77777777" w:rsidR="00002E28" w:rsidRPr="00624997" w:rsidRDefault="00000000">
      <w:pPr>
        <w:spacing w:before="240" w:after="120"/>
        <w:rPr>
          <w:rFonts w:cs="Arial"/>
        </w:rPr>
      </w:pPr>
      <w:r w:rsidRPr="00624997">
        <w:rPr>
          <w:rFonts w:cs="Arial"/>
          <w:b/>
          <w:sz w:val="26"/>
        </w:rPr>
        <w:t>2. APPLICANT INFORMATION</w:t>
      </w:r>
    </w:p>
    <w:p w14:paraId="5EED4672" w14:textId="77777777" w:rsidR="00002E28" w:rsidRPr="00624997" w:rsidRDefault="00000000">
      <w:pPr>
        <w:spacing w:after="40"/>
        <w:rPr>
          <w:rFonts w:cs="Arial"/>
        </w:rPr>
      </w:pPr>
      <w:r w:rsidRPr="00624997">
        <w:rPr>
          <w:rFonts w:cs="Arial"/>
          <w:b/>
        </w:rPr>
        <w:t>Full name</w:t>
      </w:r>
    </w:p>
    <w:p w14:paraId="4FB45F80" w14:textId="77777777" w:rsidR="00002E28" w:rsidRPr="00624997" w:rsidRDefault="00000000">
      <w:pPr>
        <w:spacing w:after="40"/>
        <w:rPr>
          <w:rFonts w:cs="Arial"/>
        </w:rPr>
      </w:pPr>
      <w:r w:rsidRPr="00624997">
        <w:rPr>
          <w:rFonts w:cs="Arial"/>
        </w:rPr>
        <w:t>________________________________________________________________________________</w:t>
      </w:r>
    </w:p>
    <w:p w14:paraId="55C09FDE" w14:textId="77777777" w:rsidR="00002E28" w:rsidRPr="00624997" w:rsidRDefault="00000000">
      <w:pPr>
        <w:spacing w:after="40"/>
        <w:rPr>
          <w:rFonts w:cs="Arial"/>
        </w:rPr>
      </w:pPr>
      <w:r w:rsidRPr="00624997">
        <w:rPr>
          <w:rFonts w:cs="Arial"/>
          <w:b/>
        </w:rPr>
        <w:t>Date of birth</w:t>
      </w:r>
    </w:p>
    <w:p w14:paraId="59C1F6D7" w14:textId="77777777" w:rsidR="00002E28" w:rsidRPr="00624997" w:rsidRDefault="00000000">
      <w:pPr>
        <w:spacing w:after="40"/>
        <w:rPr>
          <w:rFonts w:cs="Arial"/>
        </w:rPr>
      </w:pPr>
      <w:r w:rsidRPr="00624997">
        <w:rPr>
          <w:rFonts w:cs="Arial"/>
        </w:rPr>
        <w:t>________________________________________________________________________________</w:t>
      </w:r>
    </w:p>
    <w:p w14:paraId="0127853A" w14:textId="77777777" w:rsidR="00002E28" w:rsidRPr="00624997" w:rsidRDefault="00000000">
      <w:pPr>
        <w:spacing w:after="40"/>
        <w:rPr>
          <w:rFonts w:cs="Arial"/>
        </w:rPr>
      </w:pPr>
      <w:r w:rsidRPr="00624997">
        <w:rPr>
          <w:rFonts w:cs="Arial"/>
          <w:b/>
        </w:rPr>
        <w:t>Nationality</w:t>
      </w:r>
    </w:p>
    <w:p w14:paraId="642EC3DB" w14:textId="77777777" w:rsidR="00002E28" w:rsidRPr="00624997" w:rsidRDefault="00000000">
      <w:pPr>
        <w:spacing w:after="40"/>
        <w:rPr>
          <w:rFonts w:cs="Arial"/>
        </w:rPr>
      </w:pPr>
      <w:r w:rsidRPr="00624997">
        <w:rPr>
          <w:rFonts w:cs="Arial"/>
        </w:rPr>
        <w:t>________________________________________________________________________________</w:t>
      </w:r>
    </w:p>
    <w:p w14:paraId="711C94D4" w14:textId="77777777" w:rsidR="00002E28" w:rsidRPr="00624997" w:rsidRDefault="00000000">
      <w:pPr>
        <w:spacing w:after="40"/>
        <w:rPr>
          <w:rFonts w:cs="Arial"/>
        </w:rPr>
      </w:pPr>
      <w:r w:rsidRPr="00624997">
        <w:rPr>
          <w:rFonts w:cs="Arial"/>
          <w:b/>
        </w:rPr>
        <w:t>Country of residence</w:t>
      </w:r>
    </w:p>
    <w:p w14:paraId="70868060" w14:textId="77777777" w:rsidR="00002E28" w:rsidRPr="00624997" w:rsidRDefault="00000000">
      <w:pPr>
        <w:spacing w:after="40"/>
        <w:rPr>
          <w:rFonts w:cs="Arial"/>
        </w:rPr>
      </w:pPr>
      <w:r w:rsidRPr="00624997">
        <w:rPr>
          <w:rFonts w:cs="Arial"/>
        </w:rPr>
        <w:t>________________________________________________________________________________</w:t>
      </w:r>
    </w:p>
    <w:p w14:paraId="72F7CA59" w14:textId="77777777" w:rsidR="00002E28" w:rsidRPr="00624997" w:rsidRDefault="00000000">
      <w:pPr>
        <w:spacing w:after="40"/>
        <w:rPr>
          <w:rFonts w:cs="Arial"/>
        </w:rPr>
      </w:pPr>
      <w:r w:rsidRPr="00624997">
        <w:rPr>
          <w:rFonts w:cs="Arial"/>
          <w:b/>
        </w:rPr>
        <w:t>Current position / professional status</w:t>
      </w:r>
    </w:p>
    <w:p w14:paraId="271AB2B1" w14:textId="77777777" w:rsidR="00002E28" w:rsidRPr="00624997" w:rsidRDefault="00000000">
      <w:pPr>
        <w:spacing w:after="40"/>
        <w:rPr>
          <w:rFonts w:cs="Arial"/>
        </w:rPr>
      </w:pPr>
      <w:r w:rsidRPr="00624997">
        <w:rPr>
          <w:rFonts w:cs="Arial"/>
        </w:rPr>
        <w:t>________________________________________________________________________________</w:t>
      </w:r>
    </w:p>
    <w:p w14:paraId="4645FB9B" w14:textId="77777777" w:rsidR="00002E28" w:rsidRPr="00624997" w:rsidRDefault="00000000">
      <w:pPr>
        <w:spacing w:after="40"/>
        <w:rPr>
          <w:rFonts w:cs="Arial"/>
        </w:rPr>
      </w:pPr>
      <w:r w:rsidRPr="00624997">
        <w:rPr>
          <w:rFonts w:cs="Arial"/>
          <w:b/>
        </w:rPr>
        <w:t>Institution / organisation (if applicable)</w:t>
      </w:r>
    </w:p>
    <w:p w14:paraId="05D231D8" w14:textId="77777777" w:rsidR="00002E28" w:rsidRPr="00624997" w:rsidRDefault="00000000">
      <w:pPr>
        <w:spacing w:after="40"/>
        <w:rPr>
          <w:rFonts w:cs="Arial"/>
        </w:rPr>
      </w:pPr>
      <w:r w:rsidRPr="00624997">
        <w:rPr>
          <w:rFonts w:cs="Arial"/>
        </w:rPr>
        <w:t>________________________________________________________________________________</w:t>
      </w:r>
    </w:p>
    <w:p w14:paraId="6BCED859" w14:textId="77777777" w:rsidR="00002E28" w:rsidRPr="00624997" w:rsidRDefault="00000000">
      <w:pPr>
        <w:spacing w:after="40"/>
        <w:rPr>
          <w:rFonts w:cs="Arial"/>
        </w:rPr>
      </w:pPr>
      <w:r w:rsidRPr="00624997">
        <w:rPr>
          <w:rFonts w:cs="Arial"/>
          <w:b/>
        </w:rPr>
        <w:t>Email address</w:t>
      </w:r>
    </w:p>
    <w:p w14:paraId="794EC6F7" w14:textId="77777777" w:rsidR="00002E28" w:rsidRPr="00624997" w:rsidRDefault="00000000">
      <w:pPr>
        <w:spacing w:after="40"/>
        <w:rPr>
          <w:rFonts w:cs="Arial"/>
        </w:rPr>
      </w:pPr>
      <w:r w:rsidRPr="00624997">
        <w:rPr>
          <w:rFonts w:cs="Arial"/>
        </w:rPr>
        <w:lastRenderedPageBreak/>
        <w:t>________________________________________________________________________________</w:t>
      </w:r>
    </w:p>
    <w:p w14:paraId="5E33DC80" w14:textId="77777777" w:rsidR="00002E28" w:rsidRPr="00624997" w:rsidRDefault="00000000">
      <w:pPr>
        <w:spacing w:after="40"/>
        <w:rPr>
          <w:rFonts w:cs="Arial"/>
        </w:rPr>
      </w:pPr>
      <w:r w:rsidRPr="00624997">
        <w:rPr>
          <w:rFonts w:cs="Arial"/>
          <w:b/>
        </w:rPr>
        <w:t>Telephone number</w:t>
      </w:r>
    </w:p>
    <w:p w14:paraId="069F1490" w14:textId="77777777" w:rsidR="00002E28" w:rsidRPr="00624997" w:rsidRDefault="00000000">
      <w:pPr>
        <w:spacing w:after="40"/>
        <w:rPr>
          <w:rFonts w:cs="Arial"/>
        </w:rPr>
      </w:pPr>
      <w:r w:rsidRPr="00624997">
        <w:rPr>
          <w:rFonts w:cs="Arial"/>
        </w:rPr>
        <w:t>________________________________________________________________________________</w:t>
      </w:r>
    </w:p>
    <w:p w14:paraId="1FE487AB" w14:textId="77777777" w:rsidR="00002E28" w:rsidRPr="00624997" w:rsidRDefault="00000000">
      <w:pPr>
        <w:spacing w:after="40"/>
        <w:rPr>
          <w:rFonts w:cs="Arial"/>
        </w:rPr>
      </w:pPr>
      <w:r w:rsidRPr="00624997">
        <w:rPr>
          <w:rFonts w:cs="Arial"/>
          <w:b/>
        </w:rPr>
        <w:t>Website / ORCID (if applicable)</w:t>
      </w:r>
    </w:p>
    <w:p w14:paraId="1D357D2C" w14:textId="77777777" w:rsidR="00002E28" w:rsidRPr="00624997" w:rsidRDefault="00000000">
      <w:pPr>
        <w:spacing w:after="40"/>
        <w:rPr>
          <w:rFonts w:cs="Arial"/>
        </w:rPr>
      </w:pPr>
      <w:r w:rsidRPr="00624997">
        <w:rPr>
          <w:rFonts w:cs="Arial"/>
        </w:rPr>
        <w:t>________________________________________________________________________________</w:t>
      </w:r>
    </w:p>
    <w:p w14:paraId="280FB07E" w14:textId="77777777" w:rsidR="00002E28" w:rsidRPr="00624997" w:rsidRDefault="00000000">
      <w:pPr>
        <w:spacing w:before="240" w:after="120"/>
        <w:rPr>
          <w:rFonts w:cs="Arial"/>
        </w:rPr>
      </w:pPr>
      <w:r w:rsidRPr="00624997">
        <w:rPr>
          <w:rFonts w:cs="Arial"/>
          <w:b/>
          <w:sz w:val="26"/>
        </w:rPr>
        <w:t>3. PROPOSED PROJECT</w:t>
      </w:r>
    </w:p>
    <w:p w14:paraId="7CF28B64" w14:textId="77777777" w:rsidR="00002E28" w:rsidRPr="00624997" w:rsidRDefault="00000000">
      <w:pPr>
        <w:spacing w:after="40"/>
        <w:rPr>
          <w:rFonts w:cs="Arial"/>
        </w:rPr>
      </w:pPr>
      <w:r w:rsidRPr="00624997">
        <w:rPr>
          <w:rFonts w:cs="Arial"/>
          <w:b/>
        </w:rPr>
        <w:t>Title of proposed project</w:t>
      </w:r>
    </w:p>
    <w:p w14:paraId="7FDA6F50" w14:textId="77777777" w:rsidR="00002E28" w:rsidRPr="00624997" w:rsidRDefault="00000000">
      <w:pPr>
        <w:spacing w:after="40"/>
        <w:rPr>
          <w:rFonts w:cs="Arial"/>
        </w:rPr>
      </w:pPr>
      <w:r w:rsidRPr="00624997">
        <w:rPr>
          <w:rFonts w:cs="Arial"/>
        </w:rPr>
        <w:t>________________________________________________________________________________</w:t>
      </w:r>
    </w:p>
    <w:p w14:paraId="79ED5728" w14:textId="77777777" w:rsidR="00002E28" w:rsidRPr="00624997" w:rsidRDefault="00000000">
      <w:pPr>
        <w:spacing w:after="40"/>
        <w:rPr>
          <w:rFonts w:cs="Arial"/>
        </w:rPr>
      </w:pPr>
      <w:r w:rsidRPr="00624997">
        <w:rPr>
          <w:rFonts w:cs="Arial"/>
          <w:b/>
        </w:rPr>
        <w:t>Brief summary of the project (up to 300 words)</w:t>
      </w:r>
    </w:p>
    <w:p w14:paraId="2135868E" w14:textId="77777777" w:rsidR="00002E28" w:rsidRPr="00624997" w:rsidRDefault="00000000">
      <w:pPr>
        <w:spacing w:after="40"/>
        <w:rPr>
          <w:rFonts w:cs="Arial"/>
        </w:rPr>
      </w:pPr>
      <w:r w:rsidRPr="00624997">
        <w:rPr>
          <w:rFonts w:cs="Arial"/>
        </w:rPr>
        <w:t>________________________________________________________________________________</w:t>
      </w:r>
    </w:p>
    <w:p w14:paraId="1D77B427" w14:textId="77777777" w:rsidR="00002E28" w:rsidRPr="00624997" w:rsidRDefault="00000000">
      <w:pPr>
        <w:spacing w:after="40"/>
        <w:rPr>
          <w:rFonts w:cs="Arial"/>
        </w:rPr>
      </w:pPr>
      <w:r w:rsidRPr="00624997">
        <w:rPr>
          <w:rFonts w:cs="Arial"/>
        </w:rPr>
        <w:t>________________________________________________________________________________</w:t>
      </w:r>
    </w:p>
    <w:p w14:paraId="14470959" w14:textId="77777777" w:rsidR="00002E28" w:rsidRPr="00624997" w:rsidRDefault="00000000">
      <w:pPr>
        <w:spacing w:after="40"/>
        <w:rPr>
          <w:rFonts w:cs="Arial"/>
        </w:rPr>
      </w:pPr>
      <w:r w:rsidRPr="00624997">
        <w:rPr>
          <w:rFonts w:cs="Arial"/>
        </w:rPr>
        <w:t>________________________________________________________________________________</w:t>
      </w:r>
    </w:p>
    <w:p w14:paraId="043E5242" w14:textId="77777777" w:rsidR="00002E28" w:rsidRPr="00624997" w:rsidRDefault="00000000">
      <w:pPr>
        <w:spacing w:after="40"/>
        <w:rPr>
          <w:rFonts w:cs="Arial"/>
        </w:rPr>
      </w:pPr>
      <w:r w:rsidRPr="00624997">
        <w:rPr>
          <w:rFonts w:cs="Arial"/>
        </w:rPr>
        <w:t>________________________________________________________________________________</w:t>
      </w:r>
    </w:p>
    <w:p w14:paraId="06D3BF9C" w14:textId="501C32F4" w:rsidR="00002E28" w:rsidRPr="00624997" w:rsidRDefault="00002E28">
      <w:pPr>
        <w:spacing w:after="40"/>
        <w:rPr>
          <w:rFonts w:cs="Arial"/>
        </w:rPr>
      </w:pPr>
    </w:p>
    <w:p w14:paraId="046A720E" w14:textId="77777777" w:rsidR="00002E28" w:rsidRPr="00624997" w:rsidRDefault="00000000">
      <w:pPr>
        <w:spacing w:before="240" w:after="120"/>
        <w:rPr>
          <w:rFonts w:cs="Arial"/>
        </w:rPr>
      </w:pPr>
      <w:r w:rsidRPr="00624997">
        <w:rPr>
          <w:rFonts w:cs="Arial"/>
          <w:b/>
          <w:sz w:val="26"/>
        </w:rPr>
        <w:t>4. PROPOSED TIMETABLE</w:t>
      </w:r>
    </w:p>
    <w:p w14:paraId="02A64746" w14:textId="77777777" w:rsidR="00002E28" w:rsidRPr="00624997" w:rsidRDefault="00000000">
      <w:pPr>
        <w:spacing w:after="40"/>
        <w:rPr>
          <w:rFonts w:cs="Arial"/>
        </w:rPr>
      </w:pPr>
      <w:r w:rsidRPr="00624997">
        <w:rPr>
          <w:rFonts w:cs="Arial"/>
          <w:b/>
        </w:rPr>
        <w:t>Please indicate the proposed duration and timetable of the project</w:t>
      </w:r>
    </w:p>
    <w:p w14:paraId="40090725" w14:textId="77777777" w:rsidR="00002E28" w:rsidRPr="00624997" w:rsidRDefault="00000000">
      <w:pPr>
        <w:spacing w:after="40"/>
        <w:rPr>
          <w:rFonts w:cs="Arial"/>
        </w:rPr>
      </w:pPr>
      <w:r w:rsidRPr="00624997">
        <w:rPr>
          <w:rFonts w:cs="Arial"/>
        </w:rPr>
        <w:t>________________________________________________________________________________</w:t>
      </w:r>
    </w:p>
    <w:p w14:paraId="3563F18F" w14:textId="77777777" w:rsidR="00002E28" w:rsidRPr="00624997" w:rsidRDefault="00000000">
      <w:pPr>
        <w:spacing w:after="40"/>
        <w:rPr>
          <w:rFonts w:cs="Arial"/>
        </w:rPr>
      </w:pPr>
      <w:r w:rsidRPr="00624997">
        <w:rPr>
          <w:rFonts w:cs="Arial"/>
        </w:rPr>
        <w:t>________________________________________________________________________________</w:t>
      </w:r>
    </w:p>
    <w:p w14:paraId="5636C0A2" w14:textId="77777777" w:rsidR="00002E28" w:rsidRPr="00624997" w:rsidRDefault="00000000">
      <w:pPr>
        <w:spacing w:after="40"/>
        <w:rPr>
          <w:rFonts w:cs="Arial"/>
        </w:rPr>
      </w:pPr>
      <w:r w:rsidRPr="00624997">
        <w:rPr>
          <w:rFonts w:cs="Arial"/>
        </w:rPr>
        <w:t>________________________________________________________________________________</w:t>
      </w:r>
    </w:p>
    <w:p w14:paraId="0D88DDD9" w14:textId="77777777" w:rsidR="00002E28" w:rsidRPr="00624997" w:rsidRDefault="00000000">
      <w:pPr>
        <w:spacing w:before="240" w:after="120"/>
        <w:rPr>
          <w:rFonts w:cs="Arial"/>
        </w:rPr>
      </w:pPr>
      <w:r w:rsidRPr="00624997">
        <w:rPr>
          <w:rFonts w:cs="Arial"/>
          <w:b/>
          <w:sz w:val="26"/>
        </w:rPr>
        <w:t>5. RELEVANCE TO THE GRANT PLATFORM</w:t>
      </w:r>
    </w:p>
    <w:p w14:paraId="56B37CE3" w14:textId="77777777" w:rsidR="00002E28" w:rsidRPr="00624997" w:rsidRDefault="00000000">
      <w:pPr>
        <w:spacing w:after="40"/>
        <w:rPr>
          <w:rFonts w:cs="Arial"/>
        </w:rPr>
      </w:pPr>
      <w:r w:rsidRPr="00624997">
        <w:rPr>
          <w:rFonts w:cs="Arial"/>
          <w:b/>
        </w:rPr>
        <w:t>Please explain briefly how your project relates to the aims of the Grant Platform and, where relevant, to the collections, archives or libraries of MOMUS and/or the Khardzhiev Foundation (up to 500 words)</w:t>
      </w:r>
    </w:p>
    <w:p w14:paraId="3ECAED00" w14:textId="77777777" w:rsidR="00002E28" w:rsidRPr="00624997" w:rsidRDefault="00000000">
      <w:pPr>
        <w:spacing w:after="40"/>
        <w:rPr>
          <w:rFonts w:cs="Arial"/>
        </w:rPr>
      </w:pPr>
      <w:r w:rsidRPr="00624997">
        <w:rPr>
          <w:rFonts w:cs="Arial"/>
        </w:rPr>
        <w:t>________________________________________________________________________________</w:t>
      </w:r>
    </w:p>
    <w:p w14:paraId="09F2FF5B" w14:textId="77777777" w:rsidR="00002E28" w:rsidRPr="00624997" w:rsidRDefault="00000000">
      <w:pPr>
        <w:spacing w:after="40"/>
        <w:rPr>
          <w:rFonts w:cs="Arial"/>
        </w:rPr>
      </w:pPr>
      <w:r w:rsidRPr="00624997">
        <w:rPr>
          <w:rFonts w:cs="Arial"/>
        </w:rPr>
        <w:t>________________________________________________________________________________</w:t>
      </w:r>
    </w:p>
    <w:p w14:paraId="4A3AFE2E" w14:textId="77777777" w:rsidR="00002E28" w:rsidRPr="00624997" w:rsidRDefault="00000000">
      <w:pPr>
        <w:spacing w:after="40"/>
        <w:rPr>
          <w:rFonts w:cs="Arial"/>
        </w:rPr>
      </w:pPr>
      <w:r w:rsidRPr="00624997">
        <w:rPr>
          <w:rFonts w:cs="Arial"/>
        </w:rPr>
        <w:t>________________________________________________________________________________</w:t>
      </w:r>
    </w:p>
    <w:p w14:paraId="5436066C" w14:textId="77777777" w:rsidR="00002E28" w:rsidRPr="00624997" w:rsidRDefault="00000000">
      <w:pPr>
        <w:spacing w:after="40"/>
        <w:rPr>
          <w:rFonts w:cs="Arial"/>
        </w:rPr>
      </w:pPr>
      <w:r w:rsidRPr="00624997">
        <w:rPr>
          <w:rFonts w:cs="Arial"/>
        </w:rPr>
        <w:t>________________________________________________________________________________</w:t>
      </w:r>
    </w:p>
    <w:p w14:paraId="37A143AA" w14:textId="77777777" w:rsidR="00002E28" w:rsidRPr="00624997" w:rsidRDefault="00000000">
      <w:pPr>
        <w:spacing w:after="40"/>
        <w:rPr>
          <w:rFonts w:cs="Arial"/>
        </w:rPr>
      </w:pPr>
      <w:r w:rsidRPr="00624997">
        <w:rPr>
          <w:rFonts w:cs="Arial"/>
        </w:rPr>
        <w:t>________________________________________________________________________________</w:t>
      </w:r>
    </w:p>
    <w:p w14:paraId="40AD8FD9" w14:textId="77777777" w:rsidR="00002E28" w:rsidRPr="00624997" w:rsidRDefault="00000000">
      <w:pPr>
        <w:spacing w:before="240" w:after="120"/>
        <w:rPr>
          <w:rFonts w:cs="Arial"/>
        </w:rPr>
      </w:pPr>
      <w:r w:rsidRPr="00624997">
        <w:rPr>
          <w:rFonts w:cs="Arial"/>
          <w:b/>
          <w:sz w:val="26"/>
        </w:rPr>
        <w:t>6. ADDITIONAL INFORMATION</w:t>
      </w:r>
    </w:p>
    <w:p w14:paraId="5D744F6C" w14:textId="77777777" w:rsidR="00002E28" w:rsidRPr="00624997" w:rsidRDefault="00000000">
      <w:pPr>
        <w:spacing w:after="40"/>
        <w:rPr>
          <w:rFonts w:cs="Arial"/>
        </w:rPr>
      </w:pPr>
      <w:r w:rsidRPr="00624997">
        <w:rPr>
          <w:rFonts w:cs="Arial"/>
          <w:b/>
        </w:rPr>
        <w:t>Please indicate any other funding or financial support received or requested for the proposed project</w:t>
      </w:r>
    </w:p>
    <w:p w14:paraId="5217C909" w14:textId="77777777" w:rsidR="00002E28" w:rsidRPr="00624997" w:rsidRDefault="00000000">
      <w:pPr>
        <w:spacing w:after="40"/>
        <w:rPr>
          <w:rFonts w:cs="Arial"/>
        </w:rPr>
      </w:pPr>
      <w:r w:rsidRPr="00624997">
        <w:rPr>
          <w:rFonts w:cs="Arial"/>
        </w:rPr>
        <w:t>________________________________________________________________________________</w:t>
      </w:r>
    </w:p>
    <w:p w14:paraId="75884033" w14:textId="77777777" w:rsidR="00002E28" w:rsidRPr="00624997" w:rsidRDefault="00000000">
      <w:pPr>
        <w:spacing w:after="40"/>
        <w:rPr>
          <w:rFonts w:cs="Arial"/>
        </w:rPr>
      </w:pPr>
      <w:r w:rsidRPr="00624997">
        <w:rPr>
          <w:rFonts w:cs="Arial"/>
        </w:rPr>
        <w:t>________________________________________________________________________________</w:t>
      </w:r>
    </w:p>
    <w:p w14:paraId="0713CDE1" w14:textId="77777777" w:rsidR="00002E28" w:rsidRPr="00624997" w:rsidRDefault="00000000">
      <w:pPr>
        <w:spacing w:after="40"/>
        <w:rPr>
          <w:rFonts w:cs="Arial"/>
        </w:rPr>
      </w:pPr>
      <w:r w:rsidRPr="00624997">
        <w:rPr>
          <w:rFonts w:cs="Arial"/>
        </w:rPr>
        <w:t>________________________________________________________________________________</w:t>
      </w:r>
    </w:p>
    <w:p w14:paraId="1DCDF30D" w14:textId="77777777" w:rsidR="00002E28" w:rsidRPr="00624997" w:rsidRDefault="00000000">
      <w:pPr>
        <w:spacing w:after="40"/>
        <w:rPr>
          <w:rFonts w:cs="Arial"/>
        </w:rPr>
      </w:pPr>
      <w:r w:rsidRPr="00624997">
        <w:rPr>
          <w:rFonts w:cs="Arial"/>
          <w:b/>
        </w:rPr>
        <w:t>If applying for a combination of grant types, please explain why this combination is necessary or beneficial for the proposed project</w:t>
      </w:r>
    </w:p>
    <w:p w14:paraId="00F20A0D" w14:textId="77777777" w:rsidR="00002E28" w:rsidRPr="00624997" w:rsidRDefault="00000000">
      <w:pPr>
        <w:spacing w:after="40"/>
        <w:rPr>
          <w:rFonts w:cs="Arial"/>
        </w:rPr>
      </w:pPr>
      <w:r w:rsidRPr="00624997">
        <w:rPr>
          <w:rFonts w:cs="Arial"/>
        </w:rPr>
        <w:t>________________________________________________________________________________</w:t>
      </w:r>
    </w:p>
    <w:p w14:paraId="60783D68" w14:textId="77777777" w:rsidR="00002E28" w:rsidRPr="00624997" w:rsidRDefault="00000000">
      <w:pPr>
        <w:spacing w:after="40"/>
        <w:rPr>
          <w:rFonts w:cs="Arial"/>
        </w:rPr>
      </w:pPr>
      <w:r w:rsidRPr="00624997">
        <w:rPr>
          <w:rFonts w:cs="Arial"/>
        </w:rPr>
        <w:t>________________________________________________________________________________</w:t>
      </w:r>
    </w:p>
    <w:p w14:paraId="7FD8B0D2" w14:textId="77777777" w:rsidR="00002E28" w:rsidRPr="00624997" w:rsidRDefault="00000000">
      <w:pPr>
        <w:spacing w:after="40"/>
        <w:rPr>
          <w:rFonts w:cs="Arial"/>
        </w:rPr>
      </w:pPr>
      <w:r w:rsidRPr="00624997">
        <w:rPr>
          <w:rFonts w:cs="Arial"/>
        </w:rPr>
        <w:t>________________________________________________________________________________</w:t>
      </w:r>
    </w:p>
    <w:p w14:paraId="2E6F4301" w14:textId="74FA274F" w:rsidR="00FD4A00" w:rsidRPr="00624997" w:rsidRDefault="00FD4A00">
      <w:pPr>
        <w:spacing w:after="40"/>
        <w:rPr>
          <w:rFonts w:cs="Arial"/>
        </w:rPr>
      </w:pPr>
      <w:r w:rsidRPr="00624997">
        <w:rPr>
          <w:rFonts w:cs="Arial"/>
        </w:rPr>
        <w:lastRenderedPageBreak/>
        <w:t>________________________________________________________________________________</w:t>
      </w:r>
    </w:p>
    <w:p w14:paraId="213AD770" w14:textId="0633EC40" w:rsidR="00FD4A00" w:rsidRPr="00624997" w:rsidRDefault="00FD4A00">
      <w:pPr>
        <w:spacing w:after="40"/>
        <w:rPr>
          <w:rFonts w:cs="Arial"/>
        </w:rPr>
      </w:pPr>
      <w:r w:rsidRPr="00624997">
        <w:rPr>
          <w:rFonts w:cs="Arial"/>
        </w:rPr>
        <w:t>________________________________________________________________________________</w:t>
      </w:r>
    </w:p>
    <w:p w14:paraId="37045F20" w14:textId="77777777" w:rsidR="00002E28" w:rsidRPr="00624997" w:rsidRDefault="00000000">
      <w:pPr>
        <w:spacing w:before="240" w:after="120"/>
        <w:rPr>
          <w:rFonts w:cs="Arial"/>
        </w:rPr>
      </w:pPr>
      <w:r w:rsidRPr="00624997">
        <w:rPr>
          <w:rFonts w:cs="Arial"/>
          <w:b/>
          <w:sz w:val="26"/>
        </w:rPr>
        <w:t>7. SUPPORTING DOCUMENTS</w:t>
      </w:r>
    </w:p>
    <w:p w14:paraId="3DC22B9D" w14:textId="77777777" w:rsidR="00002E28" w:rsidRPr="00624997" w:rsidRDefault="00000000">
      <w:pPr>
        <w:rPr>
          <w:rFonts w:cs="Arial"/>
        </w:rPr>
      </w:pPr>
      <w:r w:rsidRPr="00624997">
        <w:rPr>
          <w:rFonts w:cs="Arial"/>
        </w:rPr>
        <w:t>Please indicate the documents submitted with this application:</w:t>
      </w:r>
    </w:p>
    <w:p w14:paraId="5D0FE978" w14:textId="64DB8EA3" w:rsidR="00002E28" w:rsidRPr="00624997" w:rsidRDefault="00000000">
      <w:pPr>
        <w:rPr>
          <w:rFonts w:cs="Arial"/>
        </w:rPr>
      </w:pPr>
      <w:r w:rsidRPr="00624997">
        <w:rPr>
          <w:rFonts w:ascii="Segoe UI Symbol" w:hAnsi="Segoe UI Symbol" w:cs="Segoe UI Symbol"/>
        </w:rPr>
        <w:t>☐</w:t>
      </w:r>
      <w:r w:rsidRPr="00624997">
        <w:rPr>
          <w:rFonts w:cs="Arial"/>
        </w:rPr>
        <w:t xml:space="preserve"> Curriculum vitae (maximum </w:t>
      </w:r>
      <w:r w:rsidR="00FD4A00" w:rsidRPr="00624997">
        <w:rPr>
          <w:rFonts w:cs="Arial"/>
        </w:rPr>
        <w:t>500 words</w:t>
      </w:r>
      <w:r w:rsidRPr="00624997">
        <w:rPr>
          <w:rFonts w:cs="Arial"/>
        </w:rPr>
        <w:t>)</w:t>
      </w:r>
    </w:p>
    <w:p w14:paraId="467C8CB7" w14:textId="32279AF9" w:rsidR="00002E28" w:rsidRPr="00624997" w:rsidRDefault="00000000">
      <w:pPr>
        <w:rPr>
          <w:rFonts w:cs="Arial"/>
        </w:rPr>
      </w:pPr>
      <w:r w:rsidRPr="00624997">
        <w:rPr>
          <w:rFonts w:ascii="Segoe UI Symbol" w:hAnsi="Segoe UI Symbol" w:cs="Segoe UI Symbol"/>
        </w:rPr>
        <w:t>☐</w:t>
      </w:r>
      <w:r w:rsidRPr="00624997">
        <w:rPr>
          <w:rFonts w:cs="Arial"/>
        </w:rPr>
        <w:t xml:space="preserve"> Research or project proposal</w:t>
      </w:r>
      <w:r w:rsidR="00FD4A00" w:rsidRPr="00624997">
        <w:rPr>
          <w:rFonts w:cs="Arial"/>
        </w:rPr>
        <w:t xml:space="preserve"> (maximum 1000 words)</w:t>
      </w:r>
    </w:p>
    <w:p w14:paraId="332F2671" w14:textId="77777777" w:rsidR="00002E28" w:rsidRPr="00624997" w:rsidRDefault="00000000">
      <w:pPr>
        <w:rPr>
          <w:rFonts w:cs="Arial"/>
        </w:rPr>
      </w:pPr>
      <w:r w:rsidRPr="00624997">
        <w:rPr>
          <w:rFonts w:ascii="Segoe UI Symbol" w:hAnsi="Segoe UI Symbol" w:cs="Segoe UI Symbol"/>
        </w:rPr>
        <w:t>☐</w:t>
      </w:r>
      <w:r w:rsidRPr="00624997">
        <w:rPr>
          <w:rFonts w:cs="Arial"/>
        </w:rPr>
        <w:t xml:space="preserve">  Proposed timetable / work plan</w:t>
      </w:r>
    </w:p>
    <w:p w14:paraId="32E28E59" w14:textId="77777777" w:rsidR="00002E28" w:rsidRPr="00624997" w:rsidRDefault="00000000">
      <w:pPr>
        <w:rPr>
          <w:rFonts w:cs="Arial"/>
        </w:rPr>
      </w:pPr>
      <w:r w:rsidRPr="00624997">
        <w:rPr>
          <w:rFonts w:ascii="Segoe UI Symbol" w:hAnsi="Segoe UI Symbol" w:cs="Segoe UI Symbol"/>
        </w:rPr>
        <w:t>☐</w:t>
      </w:r>
      <w:r w:rsidRPr="00624997">
        <w:rPr>
          <w:rFonts w:cs="Arial"/>
        </w:rPr>
        <w:t xml:space="preserve">  Research or travel plan (where applicable)</w:t>
      </w:r>
    </w:p>
    <w:p w14:paraId="387BC93E" w14:textId="77777777" w:rsidR="00002E28" w:rsidRPr="00624997" w:rsidRDefault="00000000">
      <w:pPr>
        <w:rPr>
          <w:rFonts w:cs="Arial"/>
        </w:rPr>
      </w:pPr>
      <w:r w:rsidRPr="00624997">
        <w:rPr>
          <w:rFonts w:ascii="Segoe UI Symbol" w:hAnsi="Segoe UI Symbol" w:cs="Segoe UI Symbol"/>
        </w:rPr>
        <w:t>☐</w:t>
      </w:r>
      <w:r w:rsidRPr="00624997">
        <w:rPr>
          <w:rFonts w:cs="Arial"/>
        </w:rPr>
        <w:t xml:space="preserve">  Details of other funding or financial support (where applicable)</w:t>
      </w:r>
    </w:p>
    <w:p w14:paraId="7FE4325A" w14:textId="77777777" w:rsidR="00002E28" w:rsidRPr="00624997" w:rsidRDefault="00000000">
      <w:pPr>
        <w:rPr>
          <w:rFonts w:cs="Arial"/>
        </w:rPr>
      </w:pPr>
      <w:r w:rsidRPr="00624997">
        <w:rPr>
          <w:rFonts w:ascii="Segoe UI Symbol" w:hAnsi="Segoe UI Symbol" w:cs="Segoe UI Symbol"/>
        </w:rPr>
        <w:t>☐</w:t>
      </w:r>
      <w:r w:rsidRPr="00624997">
        <w:rPr>
          <w:rFonts w:cs="Arial"/>
        </w:rPr>
        <w:t xml:space="preserve">  Other supporting documents (please specify):</w:t>
      </w:r>
    </w:p>
    <w:p w14:paraId="706C96EF" w14:textId="77777777" w:rsidR="00002E28" w:rsidRPr="00624997" w:rsidRDefault="00000000">
      <w:pPr>
        <w:rPr>
          <w:rFonts w:cs="Arial"/>
        </w:rPr>
      </w:pPr>
      <w:r w:rsidRPr="00624997">
        <w:rPr>
          <w:rFonts w:cs="Arial"/>
        </w:rPr>
        <w:t>________________________________________________________________________________</w:t>
      </w:r>
    </w:p>
    <w:p w14:paraId="10E752C7" w14:textId="77777777" w:rsidR="00002E28" w:rsidRPr="00624997" w:rsidRDefault="00000000">
      <w:pPr>
        <w:spacing w:before="240" w:after="120"/>
        <w:rPr>
          <w:rFonts w:cs="Arial"/>
        </w:rPr>
      </w:pPr>
      <w:r w:rsidRPr="00624997">
        <w:rPr>
          <w:rFonts w:cs="Arial"/>
          <w:b/>
          <w:sz w:val="26"/>
        </w:rPr>
        <w:t>8. DECLARATION</w:t>
      </w:r>
    </w:p>
    <w:p w14:paraId="7324F9EE" w14:textId="77777777" w:rsidR="00624997" w:rsidRPr="00624997" w:rsidRDefault="00C5436A" w:rsidP="00624997">
      <w:pPr>
        <w:rPr>
          <w:rFonts w:cs="Arial"/>
          <w:color w:val="000000"/>
          <w:szCs w:val="21"/>
        </w:rPr>
      </w:pPr>
      <w:r w:rsidRPr="00624997">
        <w:rPr>
          <w:rFonts w:cs="Arial"/>
          <w:color w:val="000000"/>
          <w:szCs w:val="21"/>
        </w:rPr>
        <w:t>I confirm that the information provided in this application is accurate and complete to the best of my knowledge. I understand that, if my application is successful, my name and the title or subject of my project may be published on the Grant Platform on the “Grantees” page. I also confirm that I have carefully read the “Guidelines &amp; FAQ” and “After the Grant (Grant Reporting &amp; Completion)” sections and understand the requirements and responsibilities associated with the award of a grant.</w:t>
      </w:r>
    </w:p>
    <w:p w14:paraId="2CD8F1F1" w14:textId="77777777" w:rsidR="00624997" w:rsidRPr="00624997" w:rsidRDefault="00624997" w:rsidP="00624997">
      <w:pPr>
        <w:rPr>
          <w:rFonts w:cs="Arial"/>
          <w:color w:val="000000"/>
          <w:szCs w:val="21"/>
        </w:rPr>
      </w:pPr>
    </w:p>
    <w:p w14:paraId="7D4C6016" w14:textId="6C950B21" w:rsidR="00624997" w:rsidRPr="00624997" w:rsidRDefault="00624997" w:rsidP="00624997">
      <w:pPr>
        <w:rPr>
          <w:rFonts w:cs="Arial"/>
          <w:b/>
          <w:bCs/>
          <w:color w:val="000000"/>
          <w:sz w:val="26"/>
          <w:szCs w:val="26"/>
        </w:rPr>
      </w:pPr>
      <w:r w:rsidRPr="00624997">
        <w:rPr>
          <w:rFonts w:cs="Arial"/>
          <w:b/>
          <w:bCs/>
          <w:color w:val="000000"/>
          <w:sz w:val="26"/>
          <w:szCs w:val="26"/>
        </w:rPr>
        <w:t>9. PRIVACY &amp; DATA PROTECTION</w:t>
      </w:r>
    </w:p>
    <w:p w14:paraId="3E44D5BD" w14:textId="77777777" w:rsidR="00624997" w:rsidRPr="00624997" w:rsidRDefault="00624997" w:rsidP="00624997">
      <w:pPr>
        <w:pStyle w:val="NormalWeb"/>
        <w:rPr>
          <w:rFonts w:ascii="Arial" w:hAnsi="Arial" w:cs="Arial"/>
          <w:color w:val="000000"/>
        </w:rPr>
      </w:pPr>
      <w:r w:rsidRPr="00624997">
        <w:rPr>
          <w:rFonts w:ascii="Segoe UI Symbol" w:hAnsi="Segoe UI Symbol" w:cs="Segoe UI Symbol"/>
          <w:color w:val="000000"/>
        </w:rPr>
        <w:t>☐</w:t>
      </w:r>
      <w:r w:rsidRPr="00624997">
        <w:rPr>
          <w:rStyle w:val="apple-converted-space"/>
          <w:rFonts w:ascii="Arial" w:hAnsi="Arial" w:cs="Arial"/>
          <w:color w:val="000000"/>
        </w:rPr>
        <w:t> </w:t>
      </w:r>
      <w:r w:rsidRPr="00624997">
        <w:rPr>
          <w:rStyle w:val="Strong"/>
          <w:rFonts w:ascii="Arial" w:hAnsi="Arial" w:cs="Arial"/>
          <w:color w:val="000000"/>
        </w:rPr>
        <w:t>I confirm that I have read and understood the Privacy Notice / Privacy Policy regarding the processing of my personal data in connection with this application.</w:t>
      </w:r>
    </w:p>
    <w:p w14:paraId="71C89A62" w14:textId="77777777" w:rsidR="00624997" w:rsidRPr="00624997" w:rsidRDefault="00624997" w:rsidP="00624997">
      <w:pPr>
        <w:pStyle w:val="NormalWeb"/>
        <w:rPr>
          <w:rFonts w:ascii="Arial" w:hAnsi="Arial" w:cs="Arial"/>
          <w:color w:val="000000"/>
        </w:rPr>
      </w:pPr>
      <w:r w:rsidRPr="00624997">
        <w:rPr>
          <w:rFonts w:ascii="Segoe UI Symbol" w:hAnsi="Segoe UI Symbol" w:cs="Segoe UI Symbol"/>
          <w:color w:val="000000"/>
        </w:rPr>
        <w:t>☐</w:t>
      </w:r>
      <w:r w:rsidRPr="00624997">
        <w:rPr>
          <w:rStyle w:val="apple-converted-space"/>
          <w:rFonts w:ascii="Arial" w:hAnsi="Arial" w:cs="Arial"/>
          <w:color w:val="000000"/>
        </w:rPr>
        <w:t> </w:t>
      </w:r>
      <w:r w:rsidRPr="00624997">
        <w:rPr>
          <w:rStyle w:val="Strong"/>
          <w:rFonts w:ascii="Arial" w:hAnsi="Arial" w:cs="Arial"/>
          <w:color w:val="000000"/>
        </w:rPr>
        <w:t>If selected, I consent to the publication of my name, project title and institutional affiliation on the Grant Platform website and in related communications.</w:t>
      </w:r>
    </w:p>
    <w:p w14:paraId="7DC3EE1D" w14:textId="77777777" w:rsidR="00624997" w:rsidRPr="00624997" w:rsidRDefault="00624997">
      <w:pPr>
        <w:rPr>
          <w:rFonts w:cs="Arial"/>
          <w:szCs w:val="21"/>
        </w:rPr>
      </w:pPr>
    </w:p>
    <w:p w14:paraId="03C652C7" w14:textId="77777777" w:rsidR="00002E28" w:rsidRPr="00624997" w:rsidRDefault="00000000">
      <w:pPr>
        <w:spacing w:after="40"/>
        <w:rPr>
          <w:rFonts w:cs="Arial"/>
        </w:rPr>
      </w:pPr>
      <w:r w:rsidRPr="00624997">
        <w:rPr>
          <w:rFonts w:cs="Arial"/>
          <w:b/>
        </w:rPr>
        <w:t>Name</w:t>
      </w:r>
    </w:p>
    <w:p w14:paraId="6A6252C3" w14:textId="77777777" w:rsidR="00002E28" w:rsidRPr="00624997" w:rsidRDefault="00000000">
      <w:pPr>
        <w:spacing w:after="40"/>
        <w:rPr>
          <w:rFonts w:cs="Arial"/>
        </w:rPr>
      </w:pPr>
      <w:r w:rsidRPr="00624997">
        <w:rPr>
          <w:rFonts w:cs="Arial"/>
        </w:rPr>
        <w:t>________________________________________________________________________________</w:t>
      </w:r>
    </w:p>
    <w:p w14:paraId="590E0510" w14:textId="77777777" w:rsidR="00002E28" w:rsidRPr="00624997" w:rsidRDefault="00000000">
      <w:pPr>
        <w:spacing w:after="40"/>
        <w:rPr>
          <w:rFonts w:cs="Arial"/>
        </w:rPr>
      </w:pPr>
      <w:r w:rsidRPr="00624997">
        <w:rPr>
          <w:rFonts w:cs="Arial"/>
          <w:b/>
        </w:rPr>
        <w:t>Date</w:t>
      </w:r>
    </w:p>
    <w:p w14:paraId="09E52B2E" w14:textId="77777777" w:rsidR="00002E28" w:rsidRPr="00624997" w:rsidRDefault="00000000">
      <w:pPr>
        <w:spacing w:after="40"/>
        <w:rPr>
          <w:rFonts w:cs="Arial"/>
        </w:rPr>
      </w:pPr>
      <w:r w:rsidRPr="00624997">
        <w:rPr>
          <w:rFonts w:cs="Arial"/>
        </w:rPr>
        <w:t>________________________________________________________________________________</w:t>
      </w:r>
    </w:p>
    <w:p w14:paraId="37B63A8F" w14:textId="77777777" w:rsidR="00002E28" w:rsidRPr="00624997" w:rsidRDefault="00000000">
      <w:pPr>
        <w:spacing w:after="40"/>
        <w:rPr>
          <w:rFonts w:cs="Arial"/>
        </w:rPr>
      </w:pPr>
      <w:r w:rsidRPr="00624997">
        <w:rPr>
          <w:rFonts w:cs="Arial"/>
          <w:b/>
        </w:rPr>
        <w:t>Signature</w:t>
      </w:r>
    </w:p>
    <w:p w14:paraId="64F1584A" w14:textId="77777777" w:rsidR="00002E28" w:rsidRPr="00624997" w:rsidRDefault="00000000">
      <w:pPr>
        <w:spacing w:after="40"/>
        <w:rPr>
          <w:rFonts w:cs="Arial"/>
        </w:rPr>
      </w:pPr>
      <w:r w:rsidRPr="00624997">
        <w:rPr>
          <w:rFonts w:cs="Arial"/>
        </w:rPr>
        <w:t>________________________________________________________________________________</w:t>
      </w:r>
    </w:p>
    <w:p w14:paraId="19D4EEA5" w14:textId="77777777" w:rsidR="00002E28" w:rsidRPr="00624997" w:rsidRDefault="00000000">
      <w:pPr>
        <w:jc w:val="center"/>
        <w:rPr>
          <w:rFonts w:cs="Arial"/>
        </w:rPr>
      </w:pPr>
      <w:r w:rsidRPr="00624997">
        <w:rPr>
          <w:rFonts w:cs="Arial"/>
          <w:i/>
          <w:sz w:val="18"/>
        </w:rPr>
        <w:t>For further information, please consult the Guidelines &amp; FAQ section.</w:t>
      </w:r>
    </w:p>
    <w:sectPr w:rsidR="00002E28" w:rsidRPr="00624997"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65819431">
    <w:abstractNumId w:val="8"/>
  </w:num>
  <w:num w:numId="2" w16cid:durableId="282151067">
    <w:abstractNumId w:val="6"/>
  </w:num>
  <w:num w:numId="3" w16cid:durableId="194781495">
    <w:abstractNumId w:val="5"/>
  </w:num>
  <w:num w:numId="4" w16cid:durableId="579483724">
    <w:abstractNumId w:val="4"/>
  </w:num>
  <w:num w:numId="5" w16cid:durableId="263195310">
    <w:abstractNumId w:val="7"/>
  </w:num>
  <w:num w:numId="6" w16cid:durableId="474763665">
    <w:abstractNumId w:val="3"/>
  </w:num>
  <w:num w:numId="7" w16cid:durableId="2134322508">
    <w:abstractNumId w:val="2"/>
  </w:num>
  <w:num w:numId="8" w16cid:durableId="1343897000">
    <w:abstractNumId w:val="1"/>
  </w:num>
  <w:num w:numId="9" w16cid:durableId="86621773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E28"/>
    <w:rsid w:val="00034616"/>
    <w:rsid w:val="0006063C"/>
    <w:rsid w:val="0015074B"/>
    <w:rsid w:val="00237512"/>
    <w:rsid w:val="0029639D"/>
    <w:rsid w:val="00326F90"/>
    <w:rsid w:val="00624997"/>
    <w:rsid w:val="00744831"/>
    <w:rsid w:val="00AA1D8D"/>
    <w:rsid w:val="00AC44D2"/>
    <w:rsid w:val="00B47730"/>
    <w:rsid w:val="00B800D0"/>
    <w:rsid w:val="00C5436A"/>
    <w:rsid w:val="00CB0664"/>
    <w:rsid w:val="00CE7638"/>
    <w:rsid w:val="00D72B84"/>
    <w:rsid w:val="00FC693F"/>
    <w:rsid w:val="00FD4A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385E83"/>
  <w14:defaultImageDpi w14:val="300"/>
  <w15:docId w15:val="{6A9622DE-D476-6142-AEFE-411A3F92C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624997"/>
    <w:pPr>
      <w:spacing w:before="100" w:beforeAutospacing="1" w:after="100" w:afterAutospacing="1" w:line="240" w:lineRule="auto"/>
    </w:pPr>
    <w:rPr>
      <w:rFonts w:ascii="Times New Roman" w:eastAsia="Times New Roman" w:hAnsi="Times New Roman" w:cs="Times New Roman"/>
      <w:sz w:val="24"/>
      <w:szCs w:val="24"/>
      <w:lang w:val="en-GR" w:eastAsia="en-GB"/>
    </w:rPr>
  </w:style>
  <w:style w:type="character" w:customStyle="1" w:styleId="apple-converted-space">
    <w:name w:val="apple-converted-space"/>
    <w:basedOn w:val="DefaultParagraphFont"/>
    <w:rsid w:val="00624997"/>
  </w:style>
  <w:style w:type="character" w:styleId="Hyperlink">
    <w:name w:val="Hyperlink"/>
    <w:basedOn w:val="DefaultParagraphFont"/>
    <w:uiPriority w:val="99"/>
    <w:unhideWhenUsed/>
    <w:rsid w:val="00D72B84"/>
    <w:rPr>
      <w:color w:val="0000FF" w:themeColor="hyperlink"/>
      <w:u w:val="single"/>
    </w:rPr>
  </w:style>
  <w:style w:type="character" w:styleId="UnresolvedMention">
    <w:name w:val="Unresolved Mention"/>
    <w:basedOn w:val="DefaultParagraphFont"/>
    <w:uiPriority w:val="99"/>
    <w:semiHidden/>
    <w:unhideWhenUsed/>
    <w:rsid w:val="00D72B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rantplatform@momus.g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884</Words>
  <Characters>5045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5918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Maria Tsantsanoglou</cp:lastModifiedBy>
  <cp:revision>8</cp:revision>
  <dcterms:created xsi:type="dcterms:W3CDTF">2026-09-01T08:40:00Z</dcterms:created>
  <dcterms:modified xsi:type="dcterms:W3CDTF">2026-09-08T19:12:00Z</dcterms:modified>
  <cp:category/>
</cp:coreProperties>
</file>